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Author Declaration Form</w:t>
      </w:r>
    </w:p>
    <w:p>
      <w:pPr>
        <w:pStyle w:val="Heading1"/>
      </w:pPr>
      <w:r>
        <w:t>Originality</w:t>
      </w:r>
    </w:p>
    <w:p>
      <w:pPr/>
      <w:r>
        <w:t>This manuscript is original, has not been published, and is not under consideration elsewhere.</w:t>
      </w:r>
    </w:p>
    <w:p>
      <w:pPr>
        <w:pStyle w:val="Heading1"/>
      </w:pPr>
      <w:r>
        <w:t>Author Contributions</w:t>
      </w:r>
    </w:p>
    <w:p>
      <w:pPr/>
      <w:r>
        <w:t>[List the contribution of each author]</w:t>
      </w:r>
    </w:p>
    <w:p>
      <w:pPr>
        <w:pStyle w:val="Heading1"/>
      </w:pPr>
      <w:r>
        <w:t>Conflicts of Interest</w:t>
      </w:r>
    </w:p>
    <w:p>
      <w:pPr/>
      <w:r>
        <w:t>The authors declare no conflicts of interest.</w:t>
      </w:r>
    </w:p>
    <w:p>
      <w:pPr>
        <w:pStyle w:val="Heading1"/>
      </w:pPr>
      <w:r>
        <w:t>Signature</w:t>
      </w:r>
    </w:p>
    <w:p>
      <w:pPr/>
      <w:r>
        <w:t>________________________</w:t>
        <w:br/>
        <w:t>Name &amp; Date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