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Third Party Copyright Permissions Template</w:t>
      </w:r>
    </w:p>
    <w:p>
      <w:pPr>
        <w:pStyle w:val="Heading1"/>
      </w:pPr>
      <w:r>
        <w:t>Permission Statement</w:t>
      </w:r>
    </w:p>
    <w:p>
      <w:pPr/>
      <w:r>
        <w:t>I, [Your Name], have obtained permission to reuse the following material:</w:t>
      </w:r>
    </w:p>
    <w:p>
      <w:pPr>
        <w:pStyle w:val="Heading1"/>
      </w:pPr>
      <w:r>
        <w:t>Details of Material</w:t>
      </w:r>
    </w:p>
    <w:p>
      <w:pPr/>
      <w:r>
        <w:t>[List of figures/tables/text and sources]</w:t>
      </w:r>
    </w:p>
    <w:p>
      <w:pPr>
        <w:pStyle w:val="Heading1"/>
      </w:pPr>
      <w:r>
        <w:t>Evidence of Permission</w:t>
      </w:r>
    </w:p>
    <w:p>
      <w:pPr/>
      <w:r>
        <w:t>[Attach or reference written permission documents]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